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69572" w14:textId="77777777" w:rsidR="009432AB" w:rsidRPr="001E010C" w:rsidRDefault="000551E0" w:rsidP="000551E0">
      <w:pPr>
        <w:jc w:val="right"/>
        <w:rPr>
          <w:color w:val="0070C0"/>
        </w:rPr>
      </w:pPr>
      <w:r>
        <w:rPr>
          <w:b/>
          <w:noProof/>
          <w:color w:val="0070C0"/>
          <w:sz w:val="3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CF300" wp14:editId="74233D3C">
                <wp:simplePos x="0" y="0"/>
                <wp:positionH relativeFrom="column">
                  <wp:posOffset>-184785</wp:posOffset>
                </wp:positionH>
                <wp:positionV relativeFrom="paragraph">
                  <wp:posOffset>-83820</wp:posOffset>
                </wp:positionV>
                <wp:extent cx="1000125" cy="10763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3FD5FF" w14:textId="77777777" w:rsidR="000551E0" w:rsidRDefault="000551E0">
                            <w:r w:rsidRPr="000551E0"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2FA86D5F" wp14:editId="6B78A994">
                                  <wp:extent cx="885825" cy="885825"/>
                                  <wp:effectExtent l="0" t="0" r="9525" b="9525"/>
                                  <wp:docPr id="2" name="Picture 2" descr="C:\Users\Admin\Downloads\ChatGPT Image Aug 29, 2026, 05_01_43 P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ownloads\ChatGPT Image Aug 29, 2026, 05_01_43 P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9CF30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4.55pt;margin-top:-6.6pt;width:78.75pt;height:8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" fillcolor="white [3201]" strokecolor="white [3212]" strokeweight=".5pt">
                <v:textbox>
                  <w:txbxContent>
                    <w:p w14:paraId="523FD5FF" w14:textId="77777777" w:rsidR="000551E0" w:rsidRDefault="000551E0">
                      <w:r w:rsidRPr="000551E0"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2FA86D5F" wp14:editId="6B78A994">
                            <wp:extent cx="885825" cy="885825"/>
                            <wp:effectExtent l="0" t="0" r="9525" b="9525"/>
                            <wp:docPr id="2" name="Picture 2" descr="C:\Users\Admin\Downloads\ChatGPT Image Aug 29, 2026, 05_01_43 P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ownloads\ChatGPT Image Aug 29, 2026, 05_01_43 P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885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429D5" w:rsidRPr="001E010C">
        <w:rPr>
          <w:b/>
          <w:color w:val="0070C0"/>
          <w:sz w:val="30"/>
        </w:rPr>
        <w:t>COVAI ZONE CIVIL ENGINEERS ASSOCIATION (COZCENA)</w:t>
      </w:r>
    </w:p>
    <w:p w14:paraId="73F02BD3" w14:textId="77777777" w:rsidR="009432AB" w:rsidRDefault="007429D5">
      <w:pPr>
        <w:jc w:val="center"/>
      </w:pPr>
      <w:r>
        <w:rPr>
          <w:b/>
          <w:color w:val="C69214"/>
          <w:sz w:val="22"/>
        </w:rPr>
        <w:t>COZCENA ENGINEERING EXCELLENCE AWARDS – 2026</w:t>
      </w:r>
    </w:p>
    <w:p w14:paraId="5FCE2FB1" w14:textId="77777777" w:rsidR="009432AB" w:rsidRPr="001E010C" w:rsidRDefault="007429D5">
      <w:pPr>
        <w:pBdr>
          <w:bottom w:val="single" w:sz="14" w:space="4" w:color="C69214"/>
        </w:pBdr>
        <w:jc w:val="center"/>
        <w:rPr>
          <w:color w:val="0070C0"/>
        </w:rPr>
      </w:pPr>
      <w:r w:rsidRPr="001E010C">
        <w:rPr>
          <w:b/>
          <w:color w:val="0070C0"/>
          <w:sz w:val="34"/>
        </w:rPr>
        <w:t>YOUNG ENGINEER AWARD</w:t>
      </w:r>
    </w:p>
    <w:p w14:paraId="040884D4" w14:textId="77777777" w:rsidR="009432AB" w:rsidRDefault="007429D5">
      <w:pPr>
        <w:jc w:val="both"/>
      </w:pPr>
      <w:r>
        <w:t>This award recognises a promising young Civil Engineer who has demonstrated noteworthy professional or academic achievement, technical competence, innovation, emerging leadership, ethical practice and meaningful contribution to Civil Engineering and society.</w:t>
      </w:r>
    </w:p>
    <w:p w14:paraId="55DC5F3A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ELIGIBILITY / GENERAL CONDITIONS</w:t>
      </w:r>
    </w:p>
    <w:p w14:paraId="023E2657" w14:textId="77777777" w:rsidR="009432AB" w:rsidRDefault="007429D5">
      <w:pPr>
        <w:pStyle w:val="ListBullet"/>
        <w:spacing w:after="40"/>
      </w:pPr>
      <w:r>
        <w:rPr>
          <w:sz w:val="18"/>
        </w:rPr>
        <w:t>Open to Civil Engineers engaged in professional practice, consultancy, construction, research, academics, entrepreneurship or allied Civil Engineering activities.</w:t>
      </w:r>
    </w:p>
    <w:p w14:paraId="25518B28" w14:textId="569217B3" w:rsidR="009432AB" w:rsidRDefault="007429D5">
      <w:pPr>
        <w:pStyle w:val="ListBullet"/>
        <w:spacing w:after="40"/>
      </w:pPr>
      <w:r>
        <w:rPr>
          <w:sz w:val="18"/>
        </w:rPr>
        <w:t xml:space="preserve">Recommended age criterion: </w:t>
      </w:r>
      <w:r w:rsidR="00DC6BDB">
        <w:rPr>
          <w:b/>
          <w:sz w:val="18"/>
        </w:rPr>
        <w:t>35</w:t>
      </w:r>
      <w:r w:rsidRPr="001E010C">
        <w:rPr>
          <w:b/>
          <w:sz w:val="18"/>
        </w:rPr>
        <w:t xml:space="preserve"> years or below as on 15 September 2026</w:t>
      </w:r>
      <w:r>
        <w:rPr>
          <w:sz w:val="18"/>
        </w:rPr>
        <w:t>, subject to confirmation in COZCENA’s final award notification.</w:t>
      </w:r>
    </w:p>
    <w:p w14:paraId="4454562C" w14:textId="77777777" w:rsidR="009432AB" w:rsidRDefault="007429D5">
      <w:pPr>
        <w:pStyle w:val="ListBullet"/>
        <w:spacing w:after="40"/>
      </w:pPr>
      <w:r>
        <w:rPr>
          <w:sz w:val="18"/>
        </w:rPr>
        <w:t>Applications may be submitted by the nominee or through nomination.</w:t>
      </w:r>
    </w:p>
    <w:p w14:paraId="727AC241" w14:textId="77777777" w:rsidR="009432AB" w:rsidRDefault="007429D5">
      <w:pPr>
        <w:pStyle w:val="ListBullet"/>
        <w:spacing w:after="40"/>
      </w:pPr>
      <w:r>
        <w:rPr>
          <w:sz w:val="18"/>
        </w:rPr>
        <w:t>Achievements should demonstrate individual contribution, innovation, leadership potential and professional impact.</w:t>
      </w:r>
    </w:p>
    <w:p w14:paraId="6A7B2382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APPLICATION / NOMINATION TYPE</w:t>
      </w:r>
    </w:p>
    <w:p w14:paraId="110E21A6" w14:textId="77777777" w:rsidR="009432AB" w:rsidRDefault="007429D5">
      <w:r>
        <w:t>☐ Self Application     ☐ Nomination by Institution / Organisation     ☐ Nomination by Professional Peer / Association</w:t>
      </w:r>
    </w:p>
    <w:p w14:paraId="662D949A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DETAILS OF THE NOMINEE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9432AB" w14:paraId="4B3949D9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AAB3BB" w14:textId="77777777" w:rsidR="009432AB" w:rsidRDefault="007429D5">
            <w:r>
              <w:rPr>
                <w:b/>
              </w:rPr>
              <w:t>Full Name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DFA55" w14:textId="77777777" w:rsidR="009432AB" w:rsidRDefault="007429D5">
            <w:r>
              <w:rPr>
                <w:color w:val="666666"/>
              </w:rPr>
              <w:t>Dr. / Er. / Prof. / Mr. / Ms. …</w:t>
            </w:r>
          </w:p>
        </w:tc>
      </w:tr>
      <w:tr w:rsidR="009432AB" w14:paraId="48F2F3BB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2E1CC" w14:textId="77777777" w:rsidR="009432AB" w:rsidRDefault="007429D5">
            <w:r>
              <w:rPr>
                <w:b/>
              </w:rPr>
              <w:t>Date of Birth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2D3265" w14:textId="77777777" w:rsidR="009432AB" w:rsidRDefault="007429D5">
            <w:r>
              <w:rPr>
                <w:color w:val="666666"/>
              </w:rPr>
              <w:t>DD / MM / YYYY</w:t>
            </w:r>
          </w:p>
        </w:tc>
      </w:tr>
      <w:tr w:rsidR="009432AB" w14:paraId="1F02D2C8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7D18C3" w14:textId="77777777" w:rsidR="009432AB" w:rsidRDefault="007429D5">
            <w:r>
              <w:rPr>
                <w:b/>
              </w:rPr>
              <w:t>Age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2BC3C8" w14:textId="77777777" w:rsidR="009432AB" w:rsidRDefault="007429D5">
            <w:r>
              <w:rPr>
                <w:color w:val="666666"/>
              </w:rPr>
              <w:t>Years</w:t>
            </w:r>
          </w:p>
        </w:tc>
      </w:tr>
      <w:tr w:rsidR="009432AB" w14:paraId="23203697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D17B3" w14:textId="77777777" w:rsidR="009432AB" w:rsidRDefault="007429D5">
            <w:r>
              <w:rPr>
                <w:b/>
              </w:rPr>
              <w:t>Highest Qualification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30E15" w14:textId="77777777" w:rsidR="009432AB" w:rsidRDefault="009432AB"/>
        </w:tc>
      </w:tr>
      <w:tr w:rsidR="009432AB" w14:paraId="08844A76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DAF52E" w14:textId="77777777" w:rsidR="009432AB" w:rsidRDefault="007429D5">
            <w:r>
              <w:rPr>
                <w:b/>
              </w:rPr>
              <w:t>Present Designation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FCB3A3" w14:textId="77777777" w:rsidR="009432AB" w:rsidRDefault="009432AB"/>
        </w:tc>
      </w:tr>
      <w:tr w:rsidR="009432AB" w14:paraId="3CF8A824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946F7" w14:textId="77777777" w:rsidR="009432AB" w:rsidRDefault="007429D5">
            <w:r>
              <w:rPr>
                <w:b/>
              </w:rPr>
              <w:t>Institution / Organisation / Firm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4511E" w14:textId="77777777" w:rsidR="009432AB" w:rsidRDefault="009432AB"/>
        </w:tc>
      </w:tr>
      <w:tr w:rsidR="009432AB" w14:paraId="218C0033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57486B" w14:textId="77777777" w:rsidR="009432AB" w:rsidRDefault="007429D5">
            <w:r>
              <w:rPr>
                <w:b/>
              </w:rPr>
              <w:t>Total Experience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1F474" w14:textId="77777777" w:rsidR="009432AB" w:rsidRDefault="007429D5">
            <w:r>
              <w:rPr>
                <w:color w:val="666666"/>
              </w:rPr>
              <w:t>Years</w:t>
            </w:r>
          </w:p>
        </w:tc>
      </w:tr>
      <w:tr w:rsidR="009432AB" w14:paraId="1D3AD496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F07A53" w14:textId="77777777" w:rsidR="009432AB" w:rsidRDefault="007429D5">
            <w:r>
              <w:rPr>
                <w:b/>
              </w:rPr>
              <w:t>Area(s) of Specialisation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174CE" w14:textId="77777777" w:rsidR="009432AB" w:rsidRDefault="009432AB"/>
        </w:tc>
      </w:tr>
      <w:tr w:rsidR="009432AB" w14:paraId="7F1FDD27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FA387C" w14:textId="77777777" w:rsidR="009432AB" w:rsidRDefault="007429D5">
            <w:r>
              <w:rPr>
                <w:b/>
              </w:rPr>
              <w:t>Professional Memberships / Registrations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5DD84" w14:textId="77777777" w:rsidR="009432AB" w:rsidRDefault="009432AB"/>
        </w:tc>
      </w:tr>
      <w:tr w:rsidR="009432AB" w14:paraId="724B64A9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7416F6" w14:textId="77777777" w:rsidR="009432AB" w:rsidRDefault="007429D5">
            <w:r>
              <w:rPr>
                <w:b/>
              </w:rPr>
              <w:t>Postal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17D28" w14:textId="77777777" w:rsidR="009432AB" w:rsidRDefault="009432AB"/>
        </w:tc>
      </w:tr>
      <w:tr w:rsidR="009432AB" w14:paraId="1FFBFD9D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618E6C" w14:textId="77777777" w:rsidR="009432AB" w:rsidRDefault="007429D5">
            <w:r>
              <w:rPr>
                <w:b/>
              </w:rPr>
              <w:t>Mobile Number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A195C9" w14:textId="77777777" w:rsidR="009432AB" w:rsidRDefault="009432AB"/>
        </w:tc>
      </w:tr>
      <w:tr w:rsidR="009432AB" w14:paraId="2F3F8075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D2F5A" w14:textId="77777777" w:rsidR="009432AB" w:rsidRDefault="007429D5">
            <w:r>
              <w:rPr>
                <w:b/>
              </w:rPr>
              <w:t>Email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4E55D4" w14:textId="77777777" w:rsidR="009432AB" w:rsidRDefault="009432AB"/>
        </w:tc>
      </w:tr>
    </w:tbl>
    <w:p w14:paraId="322FC532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NOMINATOR DETAILS (IF APPLICABLE)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9432AB" w14:paraId="65838871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ACEDF2" w14:textId="77777777" w:rsidR="009432AB" w:rsidRDefault="007429D5">
            <w:r>
              <w:rPr>
                <w:b/>
              </w:rPr>
              <w:t>Name of Nominator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315481" w14:textId="77777777" w:rsidR="009432AB" w:rsidRDefault="009432AB"/>
        </w:tc>
      </w:tr>
      <w:tr w:rsidR="009432AB" w14:paraId="2B97A6C2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163E02" w14:textId="77777777" w:rsidR="009432AB" w:rsidRDefault="007429D5">
            <w:r>
              <w:rPr>
                <w:b/>
              </w:rPr>
              <w:t>Designation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5575DF" w14:textId="77777777" w:rsidR="009432AB" w:rsidRDefault="009432AB"/>
        </w:tc>
      </w:tr>
      <w:tr w:rsidR="009432AB" w14:paraId="731F6137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53A8A" w14:textId="77777777" w:rsidR="009432AB" w:rsidRDefault="007429D5">
            <w:r>
              <w:rPr>
                <w:b/>
              </w:rPr>
              <w:t>Organisation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3A6B6" w14:textId="77777777" w:rsidR="009432AB" w:rsidRDefault="009432AB"/>
        </w:tc>
      </w:tr>
      <w:tr w:rsidR="009432AB" w14:paraId="0FF386EB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E177AA" w14:textId="77777777" w:rsidR="009432AB" w:rsidRDefault="007429D5">
            <w:r>
              <w:rPr>
                <w:b/>
              </w:rPr>
              <w:t>Mobile Number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B871D4" w14:textId="77777777" w:rsidR="009432AB" w:rsidRDefault="009432AB"/>
        </w:tc>
      </w:tr>
      <w:tr w:rsidR="009432AB" w14:paraId="13BD3AEB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8BA1FE" w14:textId="77777777" w:rsidR="009432AB" w:rsidRDefault="007429D5">
            <w:r>
              <w:rPr>
                <w:b/>
              </w:rPr>
              <w:lastRenderedPageBreak/>
              <w:t>Email Address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D23EB9" w14:textId="77777777" w:rsidR="009432AB" w:rsidRDefault="009432AB"/>
        </w:tc>
      </w:tr>
      <w:tr w:rsidR="009432AB" w14:paraId="7C11B47B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89F893" w14:textId="77777777" w:rsidR="009432AB" w:rsidRDefault="007429D5">
            <w:r>
              <w:rPr>
                <w:b/>
              </w:rPr>
              <w:t>Professional Relationship with Nominee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209E1" w14:textId="77777777" w:rsidR="009432AB" w:rsidRDefault="009432AB"/>
        </w:tc>
      </w:tr>
    </w:tbl>
    <w:p w14:paraId="4E45D848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PROFESSIONAL PROFILE</w:t>
      </w:r>
    </w:p>
    <w:p w14:paraId="688716E6" w14:textId="77777777" w:rsidR="009432AB" w:rsidRDefault="007429D5">
      <w:pPr>
        <w:spacing w:after="40"/>
      </w:pPr>
      <w:r>
        <w:rPr>
          <w:b/>
        </w:rPr>
        <w:t>Provide a concise professional profile highlighting career progression, present responsibilities and major areas of contribution.</w:t>
      </w:r>
      <w:r>
        <w:rPr>
          <w:i/>
          <w:color w:val="666666"/>
          <w:sz w:val="17"/>
        </w:rPr>
        <w:t xml:space="preserve">  (Recommended 250–300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3B21AA86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6601B" w14:textId="77777777" w:rsidR="009432AB" w:rsidRDefault="007429D5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597B1CC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KEY PROJECTS / CONTRIBUTIONS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9432AB" w14:paraId="2B295153" w14:textId="77777777">
        <w:trPr>
          <w:tblHeader/>
          <w:jc w:val="center"/>
        </w:trPr>
        <w:tc>
          <w:tcPr>
            <w:tcW w:w="2592" w:type="dxa"/>
            <w:shd w:val="clear" w:color="auto" w:fill="17365D"/>
          </w:tcPr>
          <w:p w14:paraId="778C8DC9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Sl. No.</w:t>
            </w:r>
          </w:p>
        </w:tc>
        <w:tc>
          <w:tcPr>
            <w:tcW w:w="2592" w:type="dxa"/>
            <w:shd w:val="clear" w:color="auto" w:fill="17365D"/>
          </w:tcPr>
          <w:p w14:paraId="66285E70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Project / Contribution</w:t>
            </w:r>
          </w:p>
        </w:tc>
        <w:tc>
          <w:tcPr>
            <w:tcW w:w="2592" w:type="dxa"/>
            <w:shd w:val="clear" w:color="auto" w:fill="17365D"/>
          </w:tcPr>
          <w:p w14:paraId="35BBE9CC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w="2592" w:type="dxa"/>
            <w:shd w:val="clear" w:color="auto" w:fill="17365D"/>
          </w:tcPr>
          <w:p w14:paraId="0504FB4C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Outcome / Impact</w:t>
            </w:r>
          </w:p>
        </w:tc>
      </w:tr>
      <w:tr w:rsidR="009432AB" w14:paraId="352F9D3B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B21B843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7A6DDC0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795C886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83A71E1" w14:textId="77777777" w:rsidR="009432AB" w:rsidRDefault="007429D5">
            <w:r>
              <w:br/>
            </w:r>
          </w:p>
        </w:tc>
      </w:tr>
      <w:tr w:rsidR="009432AB" w14:paraId="469429BF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EAFA7C3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C3E10C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C9D50EA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A360CC1" w14:textId="77777777" w:rsidR="009432AB" w:rsidRDefault="007429D5">
            <w:r>
              <w:br/>
            </w:r>
          </w:p>
        </w:tc>
      </w:tr>
      <w:tr w:rsidR="009432AB" w14:paraId="6ED1D92A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D1251DD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2DB5E16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B51A74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2C4B148" w14:textId="77777777" w:rsidR="009432AB" w:rsidRDefault="007429D5">
            <w:r>
              <w:br/>
            </w:r>
          </w:p>
        </w:tc>
      </w:tr>
      <w:tr w:rsidR="009432AB" w14:paraId="3FFE38D5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3852170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5607EDC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1EF881B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D45208A" w14:textId="77777777" w:rsidR="009432AB" w:rsidRDefault="007429D5">
            <w:r>
              <w:br/>
            </w:r>
          </w:p>
        </w:tc>
      </w:tr>
      <w:tr w:rsidR="009432AB" w14:paraId="3A02E6C1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6D72709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7014E13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81D0584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C699842" w14:textId="77777777" w:rsidR="009432AB" w:rsidRDefault="007429D5">
            <w:r>
              <w:br/>
            </w:r>
          </w:p>
        </w:tc>
      </w:tr>
    </w:tbl>
    <w:p w14:paraId="1C5B5E98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PROFESSIONAL / ACADEMIC ACHIEVEMENT</w:t>
      </w:r>
    </w:p>
    <w:p w14:paraId="7848B6F2" w14:textId="77777777" w:rsidR="009432AB" w:rsidRDefault="007429D5">
      <w:pPr>
        <w:spacing w:after="40"/>
      </w:pPr>
      <w:r>
        <w:rPr>
          <w:b/>
        </w:rPr>
        <w:t>Describe noteworthy achievements in practice, consultancy, construction, research, academics, entrepreneurship or allied Civil Engineering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33FCFC3C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F57EE" w14:textId="77777777" w:rsidR="009432AB" w:rsidRDefault="007429D5">
            <w:r>
              <w:br/>
            </w:r>
            <w:r>
              <w:br/>
            </w:r>
            <w:r>
              <w:br/>
            </w:r>
          </w:p>
        </w:tc>
      </w:tr>
    </w:tbl>
    <w:p w14:paraId="0B655B2C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INNOVATION &amp; TECHNICAL CONTRIBUTION</w:t>
      </w:r>
    </w:p>
    <w:p w14:paraId="4A676480" w14:textId="77777777" w:rsidR="009432AB" w:rsidRDefault="007429D5">
      <w:pPr>
        <w:spacing w:after="40"/>
      </w:pPr>
      <w:r>
        <w:rPr>
          <w:b/>
        </w:rPr>
        <w:t>Describe innovative solutions, designs, research, technologies, digital tools, materials, start-up initiatives, patents or technical improvements introduced.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13A91EE0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6135" w14:textId="77777777" w:rsidR="009432AB" w:rsidRDefault="007429D5">
            <w:r>
              <w:br/>
            </w:r>
            <w:r>
              <w:br/>
            </w:r>
            <w:r>
              <w:br/>
            </w:r>
          </w:p>
        </w:tc>
      </w:tr>
    </w:tbl>
    <w:p w14:paraId="5A122B26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EMERGING LEADERSHIP &amp; PROFESSIONAL INVOLVEMENT</w:t>
      </w:r>
    </w:p>
    <w:p w14:paraId="060E3E5B" w14:textId="77777777" w:rsidR="009432AB" w:rsidRDefault="007429D5">
      <w:pPr>
        <w:spacing w:after="40"/>
      </w:pPr>
      <w:r>
        <w:rPr>
          <w:b/>
        </w:rPr>
        <w:t>Describe leadership roles, team responsibilities, professional association involvement, technical events, volunteering and initiatives led.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60E1A2AB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CB99" w14:textId="77777777" w:rsidR="009432AB" w:rsidRDefault="007429D5">
            <w:r>
              <w:br/>
            </w:r>
            <w:r>
              <w:br/>
            </w:r>
            <w:r>
              <w:br/>
            </w:r>
          </w:p>
        </w:tc>
      </w:tr>
    </w:tbl>
    <w:p w14:paraId="4B2A5E26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SUSTAINABILITY &amp; SOCIETAL CONTRIBUTION</w:t>
      </w:r>
    </w:p>
    <w:p w14:paraId="336AC474" w14:textId="77777777" w:rsidR="009432AB" w:rsidRDefault="007429D5">
      <w:pPr>
        <w:spacing w:after="40"/>
      </w:pPr>
      <w:r>
        <w:rPr>
          <w:b/>
        </w:rPr>
        <w:t>Describe work related to sustainable engineering, climate resilience, community benefit, public safety or responsible professional practice.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5BE5AAFB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F5828" w14:textId="77777777" w:rsidR="009432AB" w:rsidRDefault="007429D5">
            <w:r>
              <w:br/>
            </w:r>
            <w:r>
              <w:br/>
            </w:r>
          </w:p>
        </w:tc>
      </w:tr>
    </w:tbl>
    <w:p w14:paraId="14DD3EB8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KNOWLEDGE SHARING &amp; MENTORING</w:t>
      </w:r>
    </w:p>
    <w:p w14:paraId="06BBE307" w14:textId="77777777" w:rsidR="009432AB" w:rsidRDefault="007429D5">
      <w:pPr>
        <w:spacing w:after="40"/>
      </w:pPr>
      <w:r>
        <w:rPr>
          <w:b/>
        </w:rPr>
        <w:t>Describe contributions to mentoring peers / students, technical talks, workshops, publications, social outreach or knowledge-sharing.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55A5D820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3046" w14:textId="77777777" w:rsidR="009432AB" w:rsidRDefault="007429D5">
            <w:r>
              <w:br/>
            </w:r>
            <w:r>
              <w:br/>
            </w:r>
          </w:p>
        </w:tc>
      </w:tr>
    </w:tbl>
    <w:p w14:paraId="566136A4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FUTURE VISION</w:t>
      </w:r>
    </w:p>
    <w:p w14:paraId="6A7A0472" w14:textId="77777777" w:rsidR="009432AB" w:rsidRDefault="007429D5">
      <w:pPr>
        <w:spacing w:after="40"/>
      </w:pPr>
      <w:r>
        <w:rPr>
          <w:b/>
        </w:rPr>
        <w:t>Briefly state your professional vision and how you intend to contribute to the future of Civil Engineering.</w:t>
      </w:r>
      <w:r>
        <w:rPr>
          <w:i/>
          <w:color w:val="666666"/>
          <w:sz w:val="17"/>
        </w:rPr>
        <w:t xml:space="preserve">  (Recommended 150–200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16560B0F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98591" w14:textId="77777777" w:rsidR="009432AB" w:rsidRDefault="007429D5">
            <w:r>
              <w:br/>
            </w:r>
            <w:r>
              <w:br/>
            </w:r>
            <w:r>
              <w:br/>
            </w:r>
          </w:p>
        </w:tc>
      </w:tr>
    </w:tbl>
    <w:p w14:paraId="7DF2E9D4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THREE MOST OUTSTANDING ACHIEVEMENTS</w:t>
      </w:r>
    </w:p>
    <w:p w14:paraId="6B0170BC" w14:textId="77777777" w:rsidR="009432AB" w:rsidRDefault="007429D5">
      <w:pPr>
        <w:spacing w:after="40"/>
      </w:pPr>
      <w:r>
        <w:rPr>
          <w:b/>
        </w:rPr>
        <w:t>Achievement 1: State the achievement, your specific role and its 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37180726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ECCEA" w14:textId="77777777" w:rsidR="009432AB" w:rsidRDefault="007429D5">
            <w:r>
              <w:br/>
            </w:r>
            <w:r>
              <w:br/>
            </w:r>
          </w:p>
        </w:tc>
      </w:tr>
    </w:tbl>
    <w:p w14:paraId="2FD703FD" w14:textId="77777777" w:rsidR="009432AB" w:rsidRDefault="007429D5">
      <w:pPr>
        <w:spacing w:after="40"/>
      </w:pPr>
      <w:r>
        <w:rPr>
          <w:b/>
        </w:rPr>
        <w:t>Achievement 2: State the achievement, your specific role and its 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0D0B26A7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0C9D0" w14:textId="77777777" w:rsidR="009432AB" w:rsidRDefault="007429D5">
            <w:r>
              <w:br/>
            </w:r>
            <w:r>
              <w:br/>
            </w:r>
          </w:p>
        </w:tc>
      </w:tr>
    </w:tbl>
    <w:p w14:paraId="7FD69255" w14:textId="77777777" w:rsidR="009432AB" w:rsidRDefault="007429D5">
      <w:pPr>
        <w:spacing w:after="40"/>
      </w:pPr>
      <w:r>
        <w:rPr>
          <w:b/>
        </w:rPr>
        <w:t>Achievement 3: State the achievement, your specific role and its measurable / lasting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79CC0434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8B386" w14:textId="77777777" w:rsidR="009432AB" w:rsidRDefault="007429D5">
            <w:r>
              <w:br/>
            </w:r>
            <w:r>
              <w:br/>
            </w:r>
          </w:p>
        </w:tc>
      </w:tr>
    </w:tbl>
    <w:p w14:paraId="22CA27A4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AWARDS / HONOURS / PROFESSIONAL RECOGNITION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9432AB" w14:paraId="1B77DF3F" w14:textId="77777777">
        <w:trPr>
          <w:tblHeader/>
          <w:jc w:val="center"/>
        </w:trPr>
        <w:tc>
          <w:tcPr>
            <w:tcW w:w="2592" w:type="dxa"/>
            <w:shd w:val="clear" w:color="auto" w:fill="17365D"/>
          </w:tcPr>
          <w:p w14:paraId="405F9605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Sl. No.</w:t>
            </w:r>
          </w:p>
        </w:tc>
        <w:tc>
          <w:tcPr>
            <w:tcW w:w="2592" w:type="dxa"/>
            <w:shd w:val="clear" w:color="auto" w:fill="17365D"/>
          </w:tcPr>
          <w:p w14:paraId="2E0B16AF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Award / Recognition</w:t>
            </w:r>
          </w:p>
        </w:tc>
        <w:tc>
          <w:tcPr>
            <w:tcW w:w="2592" w:type="dxa"/>
            <w:shd w:val="clear" w:color="auto" w:fill="17365D"/>
          </w:tcPr>
          <w:p w14:paraId="7A71FB62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Awarding Organisation</w:t>
            </w:r>
          </w:p>
        </w:tc>
        <w:tc>
          <w:tcPr>
            <w:tcW w:w="2592" w:type="dxa"/>
            <w:shd w:val="clear" w:color="auto" w:fill="17365D"/>
          </w:tcPr>
          <w:p w14:paraId="01C5C735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Year</w:t>
            </w:r>
          </w:p>
        </w:tc>
      </w:tr>
      <w:tr w:rsidR="009432AB" w14:paraId="082EE7F6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0BC470F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1FEECC2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CD8DF2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7CB2A9F" w14:textId="77777777" w:rsidR="009432AB" w:rsidRDefault="007429D5">
            <w:r>
              <w:br/>
            </w:r>
          </w:p>
        </w:tc>
      </w:tr>
      <w:tr w:rsidR="009432AB" w14:paraId="04B2361F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A8585D0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6B2DF1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DCE44EE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D3711CA" w14:textId="77777777" w:rsidR="009432AB" w:rsidRDefault="007429D5">
            <w:r>
              <w:br/>
            </w:r>
          </w:p>
        </w:tc>
      </w:tr>
      <w:tr w:rsidR="009432AB" w14:paraId="004D4861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3D2FE88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7B74E3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B3FD4E5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AD74A62" w14:textId="77777777" w:rsidR="009432AB" w:rsidRDefault="007429D5">
            <w:r>
              <w:br/>
            </w:r>
          </w:p>
        </w:tc>
      </w:tr>
      <w:tr w:rsidR="009432AB" w14:paraId="119A8EEA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FDE5C40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85C0C6" w14:textId="77777777" w:rsidR="009432AB" w:rsidRDefault="007429D5">
            <w:r>
              <w:lastRenderedPageBreak/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6410C4D" w14:textId="77777777" w:rsidR="009432AB" w:rsidRDefault="007429D5">
            <w:r>
              <w:lastRenderedPageBreak/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881AB6F" w14:textId="77777777" w:rsidR="009432AB" w:rsidRDefault="007429D5">
            <w:r>
              <w:lastRenderedPageBreak/>
              <w:br/>
            </w:r>
          </w:p>
        </w:tc>
      </w:tr>
      <w:tr w:rsidR="009432AB" w14:paraId="4DD2CC93" w14:textId="77777777">
        <w:trPr>
          <w:jc w:val="center"/>
        </w:trPr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1697112" w14:textId="77777777" w:rsidR="009432AB" w:rsidRDefault="007429D5">
            <w:r>
              <w:lastRenderedPageBreak/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523C1B9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7CBDA4D" w14:textId="77777777" w:rsidR="009432AB" w:rsidRDefault="007429D5">
            <w:r>
              <w:br/>
            </w:r>
          </w:p>
        </w:tc>
        <w:tc>
          <w:tcPr>
            <w:tcW w:w="2592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82C52A" w14:textId="77777777" w:rsidR="009432AB" w:rsidRDefault="007429D5">
            <w:r>
              <w:br/>
            </w:r>
          </w:p>
        </w:tc>
      </w:tr>
    </w:tbl>
    <w:p w14:paraId="2AFF07F5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AWARD CITATION</w:t>
      </w:r>
    </w:p>
    <w:p w14:paraId="14E112B4" w14:textId="77777777" w:rsidR="009432AB" w:rsidRDefault="007429D5">
      <w:pPr>
        <w:spacing w:after="40"/>
      </w:pPr>
      <w:r>
        <w:rPr>
          <w:b/>
        </w:rPr>
        <w:t>Provide a concise citation explaining why the nominee deserves the YOUNG ENGINEER AWARD.</w:t>
      </w:r>
      <w:r>
        <w:rPr>
          <w:i/>
          <w:color w:val="666666"/>
          <w:sz w:val="17"/>
        </w:rPr>
        <w:t xml:space="preserve">  (Maximum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8"/>
      </w:tblGrid>
      <w:tr w:rsidR="009432AB" w14:paraId="5CBB6ACE" w14:textId="77777777">
        <w:tc>
          <w:tcPr>
            <w:tcW w:w="103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74EEC" w14:textId="77777777" w:rsidR="009432AB" w:rsidRDefault="007429D5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CFD4E15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SUPPORTING DOCUMENTS CHECKLIST</w:t>
      </w:r>
    </w:p>
    <w:p w14:paraId="3CA94F06" w14:textId="77777777" w:rsidR="009432AB" w:rsidRDefault="007429D5">
      <w:pPr>
        <w:spacing w:after="20"/>
      </w:pPr>
      <w:r>
        <w:rPr>
          <w:sz w:val="18"/>
        </w:rPr>
        <w:t>☐ Recent passport-size photograph</w:t>
      </w:r>
    </w:p>
    <w:p w14:paraId="46497963" w14:textId="77777777" w:rsidR="009432AB" w:rsidRDefault="007429D5">
      <w:pPr>
        <w:spacing w:after="20"/>
      </w:pPr>
      <w:r>
        <w:rPr>
          <w:sz w:val="18"/>
        </w:rPr>
        <w:t>☐ Curriculum Vitae / professional profile</w:t>
      </w:r>
    </w:p>
    <w:p w14:paraId="0BC2AD80" w14:textId="77777777" w:rsidR="009432AB" w:rsidRDefault="007429D5">
      <w:pPr>
        <w:spacing w:after="20"/>
      </w:pPr>
      <w:r>
        <w:rPr>
          <w:sz w:val="18"/>
        </w:rPr>
        <w:t>☐ Evidence of qualifications and professional registrations, where relevant</w:t>
      </w:r>
    </w:p>
    <w:p w14:paraId="4686B582" w14:textId="77777777" w:rsidR="009432AB" w:rsidRDefault="007429D5">
      <w:pPr>
        <w:spacing w:after="20"/>
      </w:pPr>
      <w:r>
        <w:rPr>
          <w:sz w:val="18"/>
        </w:rPr>
        <w:t>☐ Evidence supporting major projects / academic contributions / innovations</w:t>
      </w:r>
    </w:p>
    <w:p w14:paraId="38EE03EF" w14:textId="77777777" w:rsidR="009432AB" w:rsidRDefault="007429D5">
      <w:pPr>
        <w:spacing w:after="20"/>
      </w:pPr>
      <w:r>
        <w:rPr>
          <w:sz w:val="18"/>
        </w:rPr>
        <w:t>☐ Copies or details of major awards and recognitions</w:t>
      </w:r>
    </w:p>
    <w:p w14:paraId="1E19BB26" w14:textId="77777777" w:rsidR="009432AB" w:rsidRDefault="007429D5">
      <w:pPr>
        <w:spacing w:after="20"/>
      </w:pPr>
      <w:r>
        <w:rPr>
          <w:sz w:val="18"/>
        </w:rPr>
        <w:t>☐ Selected publications / patents / technical outputs, where applicable</w:t>
      </w:r>
    </w:p>
    <w:p w14:paraId="5C2D53AE" w14:textId="77777777" w:rsidR="009432AB" w:rsidRDefault="007429D5">
      <w:pPr>
        <w:spacing w:after="20"/>
      </w:pPr>
      <w:r>
        <w:rPr>
          <w:sz w:val="18"/>
        </w:rPr>
        <w:t>☐ Any other document supporting the nomination</w:t>
      </w:r>
    </w:p>
    <w:p w14:paraId="51F020DD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t>DECLARATION BY THE NOMINEE</w:t>
      </w:r>
    </w:p>
    <w:p w14:paraId="04299249" w14:textId="77777777" w:rsidR="009432AB" w:rsidRDefault="007429D5">
      <w:pPr>
        <w:jc w:val="both"/>
      </w:pPr>
      <w:r>
        <w:t>I hereby declare that the information furnished in this application for the YOUNG ENGINEER AWARD and in the supporting documents is true and correct to the best of my knowledge. I authorise COZCENA to verify the information submitted and understand that the decision of the Award Selection Committee shall be final.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4"/>
        <w:gridCol w:w="5184"/>
      </w:tblGrid>
      <w:tr w:rsidR="009432AB" w14:paraId="4AF5C469" w14:textId="77777777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DD9F62" w14:textId="77777777" w:rsidR="009432AB" w:rsidRDefault="007429D5">
            <w:r>
              <w:rPr>
                <w:b/>
                <w:sz w:val="18"/>
              </w:rPr>
              <w:t>Place: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385A87" w14:textId="77777777" w:rsidR="009432AB" w:rsidRDefault="007429D5">
            <w:r>
              <w:rPr>
                <w:b/>
                <w:sz w:val="18"/>
              </w:rPr>
              <w:t>Date: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</w:tr>
      <w:tr w:rsidR="009432AB" w14:paraId="67CA5752" w14:textId="77777777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CC20A" w14:textId="77777777" w:rsidR="009432AB" w:rsidRDefault="007429D5">
            <w:r>
              <w:rPr>
                <w:b/>
                <w:sz w:val="18"/>
              </w:rPr>
              <w:t>Signature of Nominee: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CE7EE" w14:textId="77777777" w:rsidR="009432AB" w:rsidRDefault="007429D5">
            <w:r>
              <w:rPr>
                <w:b/>
                <w:sz w:val="18"/>
              </w:rPr>
              <w:t>Name of Nominee:</w:t>
            </w:r>
            <w:r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br/>
            </w:r>
          </w:p>
        </w:tc>
      </w:tr>
    </w:tbl>
    <w:p w14:paraId="5884D807" w14:textId="77777777" w:rsidR="009432AB" w:rsidRDefault="007429D5">
      <w:r>
        <w:br w:type="page"/>
      </w:r>
    </w:p>
    <w:p w14:paraId="7B606C51" w14:textId="77777777" w:rsidR="009432AB" w:rsidRDefault="007429D5">
      <w:pPr>
        <w:pBdr>
          <w:bottom w:val="single" w:sz="8" w:space="4" w:color="C69214"/>
        </w:pBdr>
        <w:spacing w:before="160" w:after="100"/>
      </w:pPr>
      <w:r>
        <w:rPr>
          <w:b/>
          <w:color w:val="17365D"/>
          <w:sz w:val="23"/>
        </w:rPr>
        <w:lastRenderedPageBreak/>
        <w:t>AWARD COMMITTEE SCORE SHEET - FOR COZCENA OFFICE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6768"/>
      </w:tblGrid>
      <w:tr w:rsidR="009432AB" w14:paraId="5103E93A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84F38" w14:textId="77777777" w:rsidR="009432AB" w:rsidRDefault="007429D5">
            <w:r>
              <w:rPr>
                <w:b/>
              </w:rPr>
              <w:t>Application No.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73F17B" w14:textId="77777777" w:rsidR="009432AB" w:rsidRDefault="009432AB"/>
        </w:tc>
      </w:tr>
      <w:tr w:rsidR="009432AB" w14:paraId="12E97C8C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74557" w14:textId="77777777" w:rsidR="009432AB" w:rsidRDefault="007429D5">
            <w:r>
              <w:rPr>
                <w:b/>
              </w:rPr>
              <w:t>Date Received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CBEA53" w14:textId="77777777" w:rsidR="009432AB" w:rsidRDefault="009432AB"/>
        </w:tc>
      </w:tr>
      <w:tr w:rsidR="009432AB" w14:paraId="49E594D8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BCD38" w14:textId="77777777" w:rsidR="009432AB" w:rsidRDefault="007429D5">
            <w:r>
              <w:rPr>
                <w:b/>
              </w:rPr>
              <w:t>Eligibility Verified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DCA653" w14:textId="77777777" w:rsidR="009432AB" w:rsidRDefault="007429D5">
            <w:r>
              <w:rPr>
                <w:color w:val="666666"/>
              </w:rPr>
              <w:t>☐ Yes   ☐ No</w:t>
            </w:r>
          </w:p>
        </w:tc>
      </w:tr>
      <w:tr w:rsidR="009432AB" w14:paraId="4A3C7B0B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C0261" w14:textId="77777777" w:rsidR="009432AB" w:rsidRDefault="007429D5">
            <w:r>
              <w:rPr>
                <w:b/>
              </w:rPr>
              <w:t>Shortlisted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409E6" w14:textId="77777777" w:rsidR="009432AB" w:rsidRDefault="007429D5">
            <w:r>
              <w:rPr>
                <w:color w:val="666666"/>
              </w:rPr>
              <w:t>☐ Yes   ☐ No</w:t>
            </w:r>
          </w:p>
        </w:tc>
      </w:tr>
      <w:tr w:rsidR="009432AB" w14:paraId="1C4BB991" w14:textId="77777777">
        <w:trPr>
          <w:jc w:val="center"/>
        </w:trPr>
        <w:tc>
          <w:tcPr>
            <w:tcW w:w="2880" w:type="dxa"/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494192" w14:textId="77777777" w:rsidR="009432AB" w:rsidRDefault="007429D5">
            <w:r>
              <w:rPr>
                <w:b/>
              </w:rPr>
              <w:t>Final Recommendation</w:t>
            </w:r>
          </w:p>
        </w:tc>
        <w:tc>
          <w:tcPr>
            <w:tcW w:w="67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53915" w14:textId="77777777" w:rsidR="009432AB" w:rsidRDefault="007429D5">
            <w:r>
              <w:rPr>
                <w:color w:val="666666"/>
              </w:rPr>
              <w:t>☐ Recommended   ☐ Not Recommended   ☐ Wait-list</w:t>
            </w:r>
          </w:p>
        </w:tc>
      </w:tr>
    </w:tbl>
    <w:p w14:paraId="201AA879" w14:textId="77777777" w:rsidR="009432AB" w:rsidRDefault="007429D5">
      <w:r>
        <w:rPr>
          <w:b/>
          <w:color w:val="17365D"/>
          <w:sz w:val="20"/>
        </w:rPr>
        <w:t>Evaluation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9432AB" w14:paraId="04B3EDBE" w14:textId="77777777">
        <w:tc>
          <w:tcPr>
            <w:tcW w:w="3456" w:type="dxa"/>
            <w:shd w:val="clear" w:color="auto" w:fill="17365D"/>
          </w:tcPr>
          <w:p w14:paraId="39BDF7A9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Criterion</w:t>
            </w:r>
          </w:p>
        </w:tc>
        <w:tc>
          <w:tcPr>
            <w:tcW w:w="3456" w:type="dxa"/>
            <w:shd w:val="clear" w:color="auto" w:fill="17365D"/>
          </w:tcPr>
          <w:p w14:paraId="47D2CFBB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Maximum Marks</w:t>
            </w:r>
          </w:p>
        </w:tc>
        <w:tc>
          <w:tcPr>
            <w:tcW w:w="3456" w:type="dxa"/>
            <w:shd w:val="clear" w:color="auto" w:fill="17365D"/>
          </w:tcPr>
          <w:p w14:paraId="7D7821C1" w14:textId="77777777" w:rsidR="009432AB" w:rsidRDefault="007429D5">
            <w:pPr>
              <w:jc w:val="center"/>
            </w:pPr>
            <w:r>
              <w:rPr>
                <w:b/>
                <w:color w:val="FFFFFF"/>
                <w:sz w:val="17"/>
              </w:rPr>
              <w:t>Marks Awarded</w:t>
            </w:r>
          </w:p>
        </w:tc>
      </w:tr>
      <w:tr w:rsidR="009432AB" w14:paraId="525FA414" w14:textId="77777777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B4329F" w14:textId="77777777" w:rsidR="009432AB" w:rsidRDefault="007429D5">
            <w:r>
              <w:rPr>
                <w:sz w:val="17"/>
              </w:rPr>
              <w:t>Professional / Academic Achievement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06B1C2" w14:textId="77777777" w:rsidR="009432AB" w:rsidRDefault="007429D5">
            <w:r>
              <w:rPr>
                <w:sz w:val="17"/>
              </w:rPr>
              <w:t>20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DE61ED" w14:textId="77777777" w:rsidR="009432AB" w:rsidRDefault="009432AB"/>
        </w:tc>
      </w:tr>
      <w:tr w:rsidR="009432AB" w14:paraId="565EFFCD" w14:textId="77777777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66B15" w14:textId="77777777" w:rsidR="009432AB" w:rsidRDefault="007429D5">
            <w:r>
              <w:rPr>
                <w:sz w:val="17"/>
              </w:rPr>
              <w:t>Technical Competence &amp; Engineering Excellence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6D9F8" w14:textId="77777777" w:rsidR="009432AB" w:rsidRDefault="007429D5">
            <w:r>
              <w:rPr>
                <w:sz w:val="17"/>
              </w:rPr>
              <w:t>20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44FB07" w14:textId="77777777" w:rsidR="009432AB" w:rsidRDefault="009432AB"/>
        </w:tc>
      </w:tr>
      <w:tr w:rsidR="009432AB" w14:paraId="7DDCE76E" w14:textId="77777777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884786" w14:textId="77777777" w:rsidR="009432AB" w:rsidRDefault="007429D5">
            <w:r>
              <w:rPr>
                <w:sz w:val="17"/>
              </w:rPr>
              <w:t>Innovation &amp; Problem-Solving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2C904F" w14:textId="77777777" w:rsidR="009432AB" w:rsidRDefault="007429D5">
            <w:r>
              <w:rPr>
                <w:sz w:val="17"/>
              </w:rPr>
              <w:t>20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A8FC1E" w14:textId="77777777" w:rsidR="009432AB" w:rsidRDefault="009432AB"/>
        </w:tc>
      </w:tr>
      <w:tr w:rsidR="009432AB" w14:paraId="3AFE3510" w14:textId="77777777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773AE" w14:textId="77777777" w:rsidR="009432AB" w:rsidRDefault="007429D5">
            <w:r>
              <w:rPr>
                <w:sz w:val="17"/>
              </w:rPr>
              <w:t>Leadership &amp; Professional Involvement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0D927C" w14:textId="77777777" w:rsidR="009432AB" w:rsidRDefault="007429D5">
            <w:r>
              <w:rPr>
                <w:sz w:val="17"/>
              </w:rPr>
              <w:t>15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96255" w14:textId="77777777" w:rsidR="009432AB" w:rsidRDefault="009432AB"/>
        </w:tc>
      </w:tr>
      <w:tr w:rsidR="009432AB" w14:paraId="42E4E852" w14:textId="77777777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468D04" w14:textId="77777777" w:rsidR="009432AB" w:rsidRDefault="007429D5">
            <w:r>
              <w:rPr>
                <w:sz w:val="17"/>
              </w:rPr>
              <w:t>Sustainability / Societal Contribution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9CA300" w14:textId="77777777" w:rsidR="009432AB" w:rsidRDefault="007429D5">
            <w:r>
              <w:rPr>
                <w:sz w:val="17"/>
              </w:rPr>
              <w:t>10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61AF5" w14:textId="77777777" w:rsidR="009432AB" w:rsidRDefault="009432AB"/>
        </w:tc>
      </w:tr>
      <w:tr w:rsidR="009432AB" w14:paraId="3E06B86B" w14:textId="77777777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B157EC" w14:textId="77777777" w:rsidR="009432AB" w:rsidRDefault="007429D5">
            <w:r>
              <w:rPr>
                <w:sz w:val="17"/>
              </w:rPr>
              <w:t>Knowledge Sharing &amp; Mentoring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86D32C" w14:textId="77777777" w:rsidR="009432AB" w:rsidRDefault="007429D5">
            <w:r>
              <w:rPr>
                <w:sz w:val="17"/>
              </w:rPr>
              <w:t>5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602209" w14:textId="77777777" w:rsidR="009432AB" w:rsidRDefault="009432AB"/>
        </w:tc>
      </w:tr>
      <w:tr w:rsidR="009432AB" w14:paraId="32665A0A" w14:textId="77777777"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DB22C" w14:textId="77777777" w:rsidR="009432AB" w:rsidRDefault="007429D5">
            <w:r>
              <w:rPr>
                <w:sz w:val="17"/>
              </w:rPr>
              <w:t>Future Potential &amp; Overall Impact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08F889" w14:textId="77777777" w:rsidR="009432AB" w:rsidRDefault="007429D5">
            <w:r>
              <w:rPr>
                <w:sz w:val="17"/>
              </w:rPr>
              <w:t>10</w:t>
            </w:r>
          </w:p>
        </w:tc>
        <w:tc>
          <w:tcPr>
            <w:tcW w:w="34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335C3D" w14:textId="77777777" w:rsidR="009432AB" w:rsidRDefault="009432AB"/>
        </w:tc>
      </w:tr>
      <w:tr w:rsidR="009432AB" w14:paraId="36C3A71A" w14:textId="77777777">
        <w:tc>
          <w:tcPr>
            <w:tcW w:w="3456" w:type="dxa"/>
            <w:shd w:val="clear" w:color="auto" w:fill="F4F6F8"/>
          </w:tcPr>
          <w:p w14:paraId="1B990F39" w14:textId="77777777" w:rsidR="009432AB" w:rsidRDefault="007429D5">
            <w:r>
              <w:rPr>
                <w:b/>
                <w:sz w:val="17"/>
              </w:rPr>
              <w:t>TOTAL</w:t>
            </w:r>
          </w:p>
        </w:tc>
        <w:tc>
          <w:tcPr>
            <w:tcW w:w="3456" w:type="dxa"/>
            <w:shd w:val="clear" w:color="auto" w:fill="F4F6F8"/>
          </w:tcPr>
          <w:p w14:paraId="59E9AC29" w14:textId="77777777" w:rsidR="009432AB" w:rsidRDefault="007429D5">
            <w:r>
              <w:rPr>
                <w:b/>
                <w:sz w:val="17"/>
              </w:rPr>
              <w:t>100</w:t>
            </w:r>
          </w:p>
        </w:tc>
        <w:tc>
          <w:tcPr>
            <w:tcW w:w="3456" w:type="dxa"/>
            <w:shd w:val="clear" w:color="auto" w:fill="F4F6F8"/>
          </w:tcPr>
          <w:p w14:paraId="747E9268" w14:textId="77777777" w:rsidR="009432AB" w:rsidRDefault="009432AB"/>
        </w:tc>
      </w:tr>
    </w:tbl>
    <w:p w14:paraId="0AEE6C16" w14:textId="77777777" w:rsidR="009432AB" w:rsidRDefault="007429D5">
      <w:pPr>
        <w:spacing w:after="40"/>
      </w:pPr>
      <w:r>
        <w:rPr>
          <w:b/>
        </w:rPr>
        <w:t>Committee Comments /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4"/>
        <w:gridCol w:w="5184"/>
      </w:tblGrid>
      <w:tr w:rsidR="009432AB" w14:paraId="7F8ED290" w14:textId="77777777">
        <w:tc>
          <w:tcPr>
            <w:tcW w:w="10368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54116" w14:textId="77777777" w:rsidR="009432AB" w:rsidRDefault="007429D5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9432AB" w14:paraId="109F861B" w14:textId="77777777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30DBF8" w14:textId="77777777" w:rsidR="009432AB" w:rsidRDefault="007429D5">
            <w:r>
              <w:rPr>
                <w:sz w:val="17"/>
              </w:rPr>
              <w:t>Evaluator / Committee Member 1: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738418" w14:textId="77777777" w:rsidR="009432AB" w:rsidRDefault="007429D5">
            <w:r>
              <w:rPr>
                <w:sz w:val="17"/>
              </w:rPr>
              <w:t>Evaluator / Committee Member 2: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</w:tr>
      <w:tr w:rsidR="009432AB" w14:paraId="59C6D9C2" w14:textId="77777777"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E8772D" w14:textId="77777777" w:rsidR="009432AB" w:rsidRDefault="007429D5">
            <w:r>
              <w:rPr>
                <w:sz w:val="17"/>
              </w:rPr>
              <w:t>Award Committee Convenor: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Signature: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30CA1F" w14:textId="77777777" w:rsidR="009432AB" w:rsidRDefault="007429D5">
            <w:r>
              <w:rPr>
                <w:sz w:val="17"/>
              </w:rPr>
              <w:t>Date: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3C9CC0CB" w14:textId="77777777" w:rsidR="007429D5" w:rsidRDefault="007429D5"/>
    <w:sectPr w:rsidR="007429D5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1AB1" w14:textId="77777777" w:rsidR="006C02D9" w:rsidRDefault="006C02D9">
      <w:pPr>
        <w:spacing w:after="0" w:line="240" w:lineRule="auto"/>
      </w:pPr>
      <w:r>
        <w:separator/>
      </w:r>
    </w:p>
  </w:endnote>
  <w:endnote w:type="continuationSeparator" w:id="0">
    <w:p w14:paraId="29046A0C" w14:textId="77777777" w:rsidR="006C02D9" w:rsidRDefault="006C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11D5" w14:textId="77777777" w:rsidR="009432AB" w:rsidRDefault="007429D5">
    <w:pPr>
      <w:pStyle w:val="Footer"/>
      <w:jc w:val="center"/>
    </w:pPr>
    <w:r>
      <w:rPr>
        <w:color w:val="777777"/>
        <w:sz w:val="16"/>
      </w:rPr>
      <w:t>COZCENA Engineering Excellence Awards – 2026  | 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D6B71" w14:textId="77777777" w:rsidR="006C02D9" w:rsidRDefault="006C02D9">
      <w:pPr>
        <w:spacing w:after="0" w:line="240" w:lineRule="auto"/>
      </w:pPr>
      <w:r>
        <w:separator/>
      </w:r>
    </w:p>
  </w:footnote>
  <w:footnote w:type="continuationSeparator" w:id="0">
    <w:p w14:paraId="0E5018BE" w14:textId="77777777" w:rsidR="006C02D9" w:rsidRDefault="006C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6186790">
    <w:abstractNumId w:val="8"/>
  </w:num>
  <w:num w:numId="2" w16cid:durableId="8458164">
    <w:abstractNumId w:val="6"/>
  </w:num>
  <w:num w:numId="3" w16cid:durableId="2114547617">
    <w:abstractNumId w:val="5"/>
  </w:num>
  <w:num w:numId="4" w16cid:durableId="744449456">
    <w:abstractNumId w:val="4"/>
  </w:num>
  <w:num w:numId="5" w16cid:durableId="1523936527">
    <w:abstractNumId w:val="7"/>
  </w:num>
  <w:num w:numId="6" w16cid:durableId="514537829">
    <w:abstractNumId w:val="3"/>
  </w:num>
  <w:num w:numId="7" w16cid:durableId="1472477209">
    <w:abstractNumId w:val="2"/>
  </w:num>
  <w:num w:numId="8" w16cid:durableId="278034228">
    <w:abstractNumId w:val="1"/>
  </w:num>
  <w:num w:numId="9" w16cid:durableId="164496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1E0"/>
    <w:rsid w:val="0006063C"/>
    <w:rsid w:val="0015074B"/>
    <w:rsid w:val="001E010C"/>
    <w:rsid w:val="0029639D"/>
    <w:rsid w:val="00326F90"/>
    <w:rsid w:val="006C02D9"/>
    <w:rsid w:val="007429D5"/>
    <w:rsid w:val="009432AB"/>
    <w:rsid w:val="00996419"/>
    <w:rsid w:val="00AA1D8D"/>
    <w:rsid w:val="00B47730"/>
    <w:rsid w:val="00CB0664"/>
    <w:rsid w:val="00DC6B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03D308"/>
  <w14:defaultImageDpi w14:val="300"/>
  <w15:docId w15:val="{8B096AFC-C2FD-4F7E-9B70-312801C2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677349-A6B7-4D18-9FD1-6C4FA1B4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ecivil 1</cp:lastModifiedBy>
  <cp:revision>4</cp:revision>
  <dcterms:created xsi:type="dcterms:W3CDTF">2013-12-23T23:15:00Z</dcterms:created>
  <dcterms:modified xsi:type="dcterms:W3CDTF">2026-09-01T06:44:00Z</dcterms:modified>
  <cp:category/>
</cp:coreProperties>
</file>